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Cover letter for a journal submission</w:t>
      </w:r>
    </w:p>
    <w:p>
      <w:r>
        <w:t>[Date]</w:t>
      </w:r>
    </w:p>
    <w:p/>
    <w:p>
      <w:r>
        <w:t>Dear [Editor's name],</w:t>
      </w:r>
    </w:p>
    <w:p/>
    <w:p>
      <w:r>
        <w:t>Please consider our manuscript "[Manuscript title]" for publication in [Journal] as a [Article type].</w:t>
      </w:r>
    </w:p>
    <w:p/>
    <w:p>
      <w:r>
        <w:t>[Why it matters, in your own words]</w:t>
      </w:r>
    </w:p>
    <w:p/>
    <w:p>
      <w:r>
        <w:t>We believe this work fits [Journal] because [Why this journal].</w:t>
      </w:r>
    </w:p>
    <w:p/>
    <w:p>
      <w:r>
        <w:t>We confirm that this manuscript has not been published elsewhere and is not under consideration by another journal. All authors have read and approved the manuscript and agree to its submission. Competing interests: [Competing interests].</w:t>
      </w:r>
    </w:p>
    <w:p/>
    <w:p>
      <w:r>
        <w:t>I will serve as corresponding author: [Your name], [Institution].</w:t>
      </w:r>
    </w:p>
    <w:p/>
    <w:p>
      <w:r>
        <w:t>Thank you for your consideration.</w:t>
      </w:r>
    </w:p>
    <w:p/>
    <w:p>
      <w:r>
        <w:t>Sincerely,</w:t>
      </w:r>
    </w:p>
    <w:p>
      <w:r>
        <w:t>[Your name], on behalf of all authors</w:t>
      </w:r>
    </w:p>
    <w:p/>
    <w:p>
      <w:pPr>
        <w:pStyle w:val="Heading2"/>
      </w:pPr>
      <w:r>
        <w:t>Before you send</w:t>
      </w:r>
    </w:p>
    <w:p>
      <w:r>
        <w:t>One page. Do not paste the abstract. Address the editor by name. Confirm: not published or under review elsewhere; all authors approved; competing interests; corresponding author contact; related manuscripts under review; ethics or permissions where relevant.</w:t>
      </w:r>
    </w:p>
    <w:p>
      <w:r>
        <w:t>Template from journalfees.com — built from Springer Nature, Taylor &amp; Francis, ICMJE, PLOS, Frontiers and Elsevier author guidance, read 6 October 2026. CC BY 4.0. Check the journal's own Instructions for Authors first.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